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אפליקציית מסע כתיבה מותאמת אישית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אפליקציית מסע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שלוש רמות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התחנות ואת עקרונות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localStorage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שפה עשירה וטיעון 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45-60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בטיפים - לא לסמן רמה בפומבי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במבנה האפליקציה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צוין כטיפ בשלבי הבנייה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האפליקציה מלווה ולא כותבת במקום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צורך בשם התלמיד מטעמי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ברמה הפשוטה המשפטים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בינונית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תחנות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(שאלות מכוונות לבחירה בלחיצה)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(שלוש דוגמאות פתיחה לפי 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(מילות קישור ובנק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(רשימת בדקתי ש... לפי הרמה)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(תיבת טקסט ושמירה אוטומטית)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מגדירים סוגה ונושאים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מתכננים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מה משתנה בין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הפרומפט ובונים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כתלמיד בשלוש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משתפים ומשלבים בשיעור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חשוב שהנושאים יתאימו לגיל ולסוגה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תלמיד יתורגל בכתיבה איכותית המתאימה ליכולתו, ולא רק יכתוב 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אין צורך בשם התלמיד; הטיוטה נשמרת רק במכשיר; בדיקת מדיניות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רמות, שבע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באיכות השפה והתמיכה, לא רק באורך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התלמיד באמצעות localStorage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להריץ את הדף בזוגות כדי לעודד דיון על הבדלי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פעילה של האפליקציה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לנסח פרומפט קצר משלהם לנושא חדש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אפליקציית מסע כתיבה מותאמת אישית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אפליקציה שעוזרת לתלמידים לכתוב. יש בה שלוש רמות ושבעה 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 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תחנות שמלוות תלמיד בכתיבת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מסך אחד באפליקציה עם משימה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 דיפרנציאלית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של תוכן לפי יכולת התלמיד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ראשון שמתחיל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נגדי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לדעה מנוגדת בטקסט טיעוני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localStorage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שמירת מידע במכשיר התלמיד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רשימת 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לבדיקה עצמית לפני הגשה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נשמרת הטיוטה?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שליחה למייל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localStorage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שליחה לענן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התחנה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ברמה הגבוהה?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משפטים קצרים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בנק 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עשירה וטיעון נגדי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זמן לוקח לבנות?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45-60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בוחר את הרמה שלו בעצמו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תחנה מוצגת במסך נפרד עם פס התקדמות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לתלמיד לעבור רמה באמצע הכתיבה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האפליקציה כותבת את הטקסט במקום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צורך להזין את שם התלמיד באפליקציה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הפשוטה המשפטים ארוכים ומורכבים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בתחנת ה__________ מקבל התלמיד שאלות מכוונות ורעיונות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בתחנת ה__________ יש שלד פסקאות עם שאלה מנחה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ברמה ה__________ יש מילות קישור ומבנה 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ה__________ יש שפה עשירה וגיוון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בתחנת ה__________ יש תיבת כתיבה ומונה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תחנות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רעיונות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רשימת בדקתי ש... לפי הרמה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תיבת טקסט ושמירה אוטומטית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שאלות מכוונות לבחירה בלחיצה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מילות קישור ובנק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 דוגמאות פתיחה לפי 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ומשלבים בשיעור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מה משתנה בין הרמות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כתלמיד בשלוש הרמות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מגדירים סוגה ונושאים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הפרומפט ובונים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סוגת כתיבה אחת (סיפור, מכתב או פסקת טיעון) והציעו שני נושאים מתאימים לכיתה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שההבדל בין הרמות יהיה באיכות השפה ולא רק באורך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שתי דרכים לשמור על פרטיות התלמידים בעת שימוש באפליקציה כזו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וכמה תחנות יש במסע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רמה פשוטה למתקדמת?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נשמרת הטיוטה של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אפליקציית מסע כתיבה מותאמת אישית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