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אפליקציית מסע כתיבה מותאמת אישית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אפליקציית מסע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ההבדלים בין שלוש רמות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התחנות ואת עקרונות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localStorage במכשיר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בטיפים - לא לסמן רמה בפומבי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במבנה האפליקציה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צוין כטיפ בשלבי הבנייה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בינונית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תחנות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(שאלות מכוונות לבחירה בלחיצה)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(שלוש דוגמאות פתיחה לפי 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(מילות קישור ובנק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(רשימת בדקתי ש... לפי הרמה)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מגדירים סוגה ונושאים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מתכננים את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מה משתנה בין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הפרומפט ובונים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חשוב שהנושאים יתאימו לגיל ולסוגה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תלמיד יתורגל בכתיבה איכותית המתאימה ליכולתו, ולא רק יכתוב פחות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רמות, שבע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באיכות השפה והתמיכה, לא רק באורך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התלמיד באמצעות localStorage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להריץ את הדף בזוגות כדי לעודד דיון על הבדלי הרמות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פעילה של האפליקציה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לנסח פרומפט קצר משלהם לנושא חדש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אפליקציית מסע כתיבה מותאמת אישית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מתרגל את עקרונות בניית אפליקציית כתיבה דיפרנציאלית בעזרת צ'אט בינה מלאכותית, הכוללת שלוש רמות ושבע תחנות.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רעיונות  ·  מבנה  ·  בינונית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רמות כתיבה יש באפליקציה?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תחנות יש במסע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שומר את הטיוטה של התלמיד?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שליחה למייל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localStorage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הדפסה אוטומטית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 בוחר את הרמה שלו בעצמו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תחנה מוצגת במסך נפרד עם פס התקדמות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לתלמיד לעבור רמה באמצע הכתיבה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בתחנת ה__________ מקבל התלמיד שאלות מכוונות ורעיונות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בתחנת ה__________ יש שלד פסקאות עם שאלה מנחה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ברמה ה__________ יש מילות קישור ומבנה פסקאות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תחנות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רעיונות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מילות קישור ובנק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שאלות מכוונות לבחירה בלחיצה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רשימת בדקתי ש... לפי הרמה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בדיקה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שלוש דוגמאות פתיחה לפי 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את התחנות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מגדירים סוגה ונושאים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את הפרומפט ובונים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מה משתנה בין הרמות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סוגת כתיבה אחת (סיפור, מכתב או פסקת טיעון) והציעו שני נושאים מתאימים לכיתה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מדוע חשוב שההבדל בין הרמות יהיה באיכות השפה ולא רק באורך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רמות וכמה תחנות יש במסע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העיקרי בין רמה פשוטה למתקדמת?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אפליקציית מסע כתיבה מותאמת אישית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